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5803D"/>
          <w:sz w:val="44"/>
        </w:rPr>
        <w:t>Lucas Pereira</w:t>
      </w:r>
    </w:p>
    <w:p>
      <w:pPr>
        <w:spacing w:after="40"/>
      </w:pPr>
      <w:r>
        <w:rPr>
          <w:b w:val="0"/>
          <w:i w:val="0"/>
          <w:color w:val="333333"/>
          <w:sz w:val="24"/>
        </w:rPr>
        <w:t>Jovem Aprendiz | Auxiliar Administrativo</w:t>
      </w:r>
    </w:p>
    <w:p>
      <w:pPr>
        <w:spacing w:after="80"/>
      </w:pPr>
      <w:r>
        <w:rPr>
          <w:b w:val="0"/>
          <w:i w:val="0"/>
          <w:color w:val="555555"/>
          <w:sz w:val="19"/>
        </w:rPr>
        <w:t>Belo Horizonte – MG  •  (31) 90000-0000  •  lucas.pereira@email.com</w:t>
      </w:r>
    </w:p>
    <w:p>
      <w:pPr>
        <w:spacing w:after="80" w:before="200"/>
        <w:pBdr>
          <w:bottom w:val="single" w:sz="6" w:space="2" w:color="15803D"/>
        </w:pBdr>
      </w:pPr>
      <w:r>
        <w:rPr>
          <w:b/>
          <w:i w:val="0"/>
          <w:color w:val="15803D"/>
          <w:sz w:val="23"/>
        </w:rPr>
        <w:t>OBJETIVO</w:t>
      </w:r>
    </w:p>
    <w:p>
      <w:pPr>
        <w:spacing w:after="40"/>
      </w:pPr>
      <w:r>
        <w:rPr>
          <w:b w:val="0"/>
          <w:i w:val="0"/>
        </w:rPr>
        <w:t>Conquistar minha primeira oportunidade como jovem aprendiz ou auxiliar administrativo, aplicando o que aprendi nos cursos e desenvolvendo novas habilidades na prática.</w:t>
      </w:r>
    </w:p>
    <w:p>
      <w:pPr>
        <w:spacing w:after="80" w:before="200"/>
        <w:pBdr>
          <w:bottom w:val="single" w:sz="6" w:space="2" w:color="15803D"/>
        </w:pBdr>
      </w:pPr>
      <w:r>
        <w:rPr>
          <w:b/>
          <w:i w:val="0"/>
          <w:color w:val="15803D"/>
          <w:sz w:val="23"/>
        </w:rPr>
        <w:t>FORMAÇÃO</w:t>
      </w:r>
    </w:p>
    <w:p>
      <w:pPr>
        <w:spacing w:after="0"/>
      </w:pPr>
      <w:r>
        <w:rPr>
          <w:b/>
        </w:rPr>
        <w:t>Ensino Médio – 3º ano (cursando)</w:t>
      </w:r>
    </w:p>
    <w:p>
      <w:pPr>
        <w:spacing w:after="80"/>
      </w:pPr>
      <w:r>
        <w:rPr>
          <w:b w:val="0"/>
          <w:i w:val="0"/>
          <w:color w:val="666666"/>
          <w:sz w:val="19"/>
        </w:rPr>
        <w:t>Escola Estadual Exemplo  •  conclusão em 2026</w:t>
      </w:r>
    </w:p>
    <w:p>
      <w:pPr>
        <w:spacing w:after="80" w:before="200"/>
        <w:pBdr>
          <w:bottom w:val="single" w:sz="6" w:space="2" w:color="15803D"/>
        </w:pBdr>
      </w:pPr>
      <w:r>
        <w:rPr>
          <w:b/>
          <w:i w:val="0"/>
          <w:color w:val="15803D"/>
          <w:sz w:val="23"/>
        </w:rPr>
        <w:t>CURSOS COMPLEMENTARES</w:t>
      </w:r>
    </w:p>
    <w:p>
      <w:pPr>
        <w:spacing w:after="20"/>
        <w:ind w:left="227" w:hanging="227"/>
      </w:pPr>
      <w:r>
        <w:t>•  Informática Básica e Pacote Office – 60 h (2025)</w:t>
      </w:r>
    </w:p>
    <w:p>
      <w:pPr>
        <w:spacing w:after="20"/>
        <w:ind w:left="227" w:hanging="227"/>
      </w:pPr>
      <w:r>
        <w:t>•  Auxiliar Administrativo – 40 h (2025)</w:t>
      </w:r>
    </w:p>
    <w:p>
      <w:pPr>
        <w:spacing w:after="20"/>
        <w:ind w:left="227" w:hanging="227"/>
      </w:pPr>
      <w:r>
        <w:t>•  Educação Financeira – 10 h (2024)</w:t>
      </w:r>
    </w:p>
    <w:p>
      <w:pPr>
        <w:spacing w:after="80" w:before="200"/>
        <w:pBdr>
          <w:bottom w:val="single" w:sz="6" w:space="2" w:color="15803D"/>
        </w:pBdr>
      </w:pPr>
      <w:r>
        <w:rPr>
          <w:b/>
          <w:i w:val="0"/>
          <w:color w:val="15803D"/>
          <w:sz w:val="23"/>
        </w:rPr>
        <w:t>ATIVIDADES E VOLUNTARIADO</w:t>
      </w:r>
    </w:p>
    <w:p>
      <w:pPr>
        <w:spacing w:after="20"/>
        <w:ind w:left="227" w:hanging="227"/>
      </w:pPr>
      <w:r>
        <w:t>•  Voluntário na organização da feira de ciências da escola (2025).</w:t>
      </w:r>
    </w:p>
    <w:p>
      <w:pPr>
        <w:spacing w:after="20"/>
        <w:ind w:left="227" w:hanging="227"/>
      </w:pPr>
      <w:r>
        <w:t>•  Monitor de informática no projeto social do bairro, ajudando colegas no uso do computador (2024).</w:t>
      </w:r>
    </w:p>
    <w:p>
      <w:pPr>
        <w:spacing w:after="80" w:before="200"/>
        <w:pBdr>
          <w:bottom w:val="single" w:sz="6" w:space="2" w:color="15803D"/>
        </w:pBdr>
      </w:pPr>
      <w:r>
        <w:rPr>
          <w:b/>
          <w:i w:val="0"/>
          <w:color w:val="15803D"/>
          <w:sz w:val="23"/>
        </w:rPr>
        <w:t>HABILIDADES</w:t>
      </w:r>
    </w:p>
    <w:p>
      <w:pPr>
        <w:spacing w:after="40"/>
      </w:pPr>
      <w:r>
        <w:rPr>
          <w:b w:val="0"/>
          <w:i w:val="0"/>
        </w:rPr>
        <w:t>Pacote Office básico  •  Facilidade para aprender  •  Pontualidade e organização  •  Trabalho em equipe</w:t>
      </w:r>
    </w:p>
    <w:p>
      <w:pPr>
        <w:spacing w:after="80" w:before="200"/>
        <w:pBdr>
          <w:bottom w:val="single" w:sz="6" w:space="2" w:color="15803D"/>
        </w:pBdr>
      </w:pPr>
      <w:r>
        <w:rPr>
          <w:b/>
          <w:i w:val="0"/>
          <w:color w:val="15803D"/>
          <w:sz w:val="23"/>
        </w:rPr>
        <w:t>DISPONIBILIDADE</w:t>
      </w:r>
    </w:p>
    <w:p>
      <w:pPr>
        <w:spacing w:after="40"/>
      </w:pPr>
      <w:r>
        <w:rPr>
          <w:b w:val="0"/>
          <w:i w:val="0"/>
        </w:rPr>
        <w:t>Disponível no período da tarde.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</dc:title>
  <dc:subject/>
  <dc:creator>Designerd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