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5" w:type="dxa"/>
        <w:jc w:val="center"/>
        <w:tblInd w:w="0" w:type="dxa"/>
        <w:tblBorders>
          <w:top w:val="double" w:sz="24" w:space="0" w:color="1F3A5F"/>
          <w:left w:val="double" w:sz="24" w:space="0" w:color="1F3A5F"/>
          <w:bottom w:val="double" w:sz="24" w:space="0" w:color="1F3A5F"/>
          <w:right w:val="double" w:sz="24" w:space="0" w:color="1F3A5F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5704"/>
      </w:tblGrid>
      <w:tr>
        <w:trPr>
          <w:trHeight w:val="9751" w:hRule="exact"/>
        </w:trPr>
        <w:tc>
          <w:tcPr>
            <w:tcW w:type="dxa" w:w="15704"/>
            <w:shd w:val="clear" w:color="auto" w:fill="FFFDF7"/>
            <w:tcMar>
              <w:top w:w="793" w:type="dxa"/>
              <w:left w:w="793" w:type="dxa"/>
              <w:bottom w:w="793" w:type="dxa"/>
              <w:right w:w="793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3A5F"/>
                <w:spacing w:val="120"/>
                <w:sz w:val="84"/>
              </w:rPr>
              <w:t>CERTIFICADO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i w:val="0"/>
                <w:color w:val="A8823F"/>
                <w:spacing w:val="80"/>
                <w:sz w:val="28"/>
              </w:rPr>
              <w:t>DE CONCLUSÃO DE CURSO</w:t>
            </w:r>
          </w:p>
          <w:p>
            <w:pPr>
              <w:spacing w:before="160" w:after="0"/>
              <w:jc w:val="center"/>
            </w:pPr>
            <w:r>
              <w:rPr>
                <w:b w:val="0"/>
                <w:i w:val="0"/>
                <w:color w:val="A8823F"/>
                <w:sz w:val="24"/>
              </w:rPr>
              <w:t>— ✦ —</w:t>
            </w:r>
          </w:p>
          <w:p>
            <w:pPr>
              <w:spacing w:before="280" w:after="0"/>
              <w:jc w:val="center"/>
            </w:pPr>
            <w:r>
              <w:rPr>
                <w:b w:val="0"/>
                <w:i/>
                <w:color w:val="555555"/>
                <w:sz w:val="26"/>
              </w:rPr>
              <w:t>Certificamos que</w:t>
            </w:r>
          </w:p>
          <w:p>
            <w:pPr>
              <w:spacing w:before="120" w:after="0"/>
              <w:jc w:val="center"/>
            </w:pPr>
            <w:r>
              <w:rPr>
                <w:b/>
                <w:i/>
                <w:color w:val="1F3A5F"/>
                <w:sz w:val="68"/>
              </w:rPr>
              <w:t>Mariana Alves Costa</w:t>
            </w:r>
          </w:p>
          <w:p>
            <w:pPr>
              <w:spacing w:before="240" w:after="0"/>
              <w:jc w:val="center"/>
            </w:pPr>
            <w:r>
              <w:rPr>
                <w:b w:val="0"/>
                <w:i w:val="0"/>
                <w:color w:val="333333"/>
                <w:sz w:val="26"/>
              </w:rPr>
              <w:t>concluiu com êxito o curso Design Gráfico para Iniciantes, com carga horária de 40 horas,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333333"/>
                <w:sz w:val="26"/>
              </w:rPr>
              <w:t>realizado de 3 a 28 de março de 2026, na Escola Exemplo de Design.</w:t>
            </w:r>
          </w:p>
          <w:p>
            <w:pPr>
              <w:spacing w:before="240" w:after="0"/>
              <w:jc w:val="center"/>
            </w:pPr>
            <w:r>
              <w:rPr>
                <w:b w:val="0"/>
                <w:i/>
                <w:color w:val="555555"/>
                <w:sz w:val="24"/>
              </w:rPr>
              <w:t>São Paulo, 30 de março de 2026.</w:t>
            </w:r>
          </w:p>
          <w:p>
            <w:pPr>
              <w:spacing w:before="520" w:after="0"/>
              <w:jc w:val="center"/>
            </w:pPr>
          </w:p>
          <w:p>
            <w:pPr>
              <w:tabs>
                <w:tab w:pos="3811" w:val="center"/>
                <w:tab w:pos="10305" w:val="center"/>
              </w:tabs>
              <w:spacing w:before="0" w:after="0"/>
              <w:jc w:val="left"/>
            </w:pPr>
            <w:r>
              <w:rPr>
                <w:rFonts w:ascii="Georgia" w:hAnsi="Georgia" w:eastAsia="Georgia"/>
                <w:b w:val="0"/>
                <w:i w:val="0"/>
                <w:color w:val="B9A57A"/>
                <w:sz w:val="22"/>
              </w:rPr>
              <w:tab/>
              <w:t>______________________________</w:t>
              <w:tab/>
              <w:t>______________________________</w:t>
            </w:r>
          </w:p>
          <w:p>
            <w:pPr>
              <w:tabs>
                <w:tab w:pos="3811" w:val="center"/>
                <w:tab w:pos="10305" w:val="center"/>
              </w:tabs>
              <w:spacing w:before="80" w:after="0"/>
              <w:jc w:val="left"/>
            </w:pPr>
            <w:r>
              <w:rPr>
                <w:rFonts w:ascii="Georgia" w:hAnsi="Georgia" w:eastAsia="Georgia"/>
                <w:b/>
                <w:i w:val="0"/>
                <w:color w:val="1F3A5F"/>
                <w:sz w:val="23"/>
              </w:rPr>
              <w:tab/>
              <w:t>Carlos Mendes</w:t>
              <w:tab/>
              <w:t>Juliana Rocha</w:t>
            </w:r>
          </w:p>
          <w:p>
            <w:pPr>
              <w:tabs>
                <w:tab w:pos="3811" w:val="center"/>
                <w:tab w:pos="10305" w:val="center"/>
              </w:tabs>
              <w:spacing w:before="0" w:after="0"/>
              <w:jc w:val="left"/>
            </w:pPr>
            <w:r>
              <w:rPr>
                <w:rFonts w:ascii="Georgia" w:hAnsi="Georgia" w:eastAsia="Georgia"/>
                <w:b w:val="0"/>
                <w:i w:val="0"/>
                <w:color w:val="555555"/>
                <w:sz w:val="20"/>
              </w:rPr>
              <w:tab/>
              <w:t>Coordenador do curso</w:t>
              <w:tab/>
              <w:t>Diretora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6838" w:h="11906"/>
      <w:pgMar w:top="567" w:right="567" w:bottom="567" w:left="56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Georgia" w:hAnsi="Georgia" w:eastAsia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certificado de conclusão de curso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